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65D8F" w:rsidP="059ED512" w:rsidRDefault="1CE1D688" w14:paraId="7F44388F" w14:textId="1F6F6BFF">
      <w:pPr>
        <w:pStyle w:val="Normalny"/>
        <w:spacing w:after="0" w:line="240" w:lineRule="auto"/>
        <w:jc w:val="center"/>
        <w:rPr>
          <w:b w:val="1"/>
          <w:bCs w:val="1"/>
          <w:sz w:val="36"/>
          <w:szCs w:val="36"/>
        </w:rPr>
      </w:pPr>
      <w:r w:rsidRPr="059ED512" w:rsidR="44AEE992">
        <w:rPr>
          <w:b w:val="1"/>
          <w:bCs w:val="1"/>
          <w:sz w:val="36"/>
          <w:szCs w:val="36"/>
        </w:rPr>
        <w:t>AGENDA</w:t>
      </w:r>
    </w:p>
    <w:p w:rsidR="1CE1D688" w:rsidP="1CE1D688" w:rsidRDefault="1CE1D688" w14:paraId="350A05A7" w14:textId="13FE6BFB">
      <w:pPr>
        <w:spacing w:after="0" w:line="278" w:lineRule="auto"/>
        <w:jc w:val="center"/>
        <w:rPr>
          <w:rFonts w:eastAsia="Aptos" w:cs="Aptos"/>
          <w:color w:val="002060"/>
          <w:sz w:val="24"/>
          <w:szCs w:val="24"/>
          <w:lang w:val="en-GB"/>
        </w:rPr>
      </w:pPr>
    </w:p>
    <w:p w:rsidR="1CE1D688" w:rsidP="1CE1D688" w:rsidRDefault="1CE1D688" w14:paraId="4ABC6550" w14:textId="10220AA6">
      <w:pPr>
        <w:spacing w:after="0" w:line="278" w:lineRule="auto"/>
        <w:jc w:val="center"/>
        <w:rPr>
          <w:rFonts w:eastAsia="Aptos" w:cs="Aptos"/>
          <w:color w:val="D13438"/>
          <w:sz w:val="24"/>
          <w:szCs w:val="24"/>
        </w:rPr>
      </w:pPr>
      <w:r w:rsidRPr="1CE1D688">
        <w:rPr>
          <w:rFonts w:eastAsia="Aptos" w:cs="Aptos"/>
          <w:color w:val="002060"/>
          <w:sz w:val="24"/>
          <w:szCs w:val="24"/>
          <w:lang w:val="en-GB"/>
        </w:rPr>
        <w:t xml:space="preserve">KNOWLEDGE EXCHANGE </w:t>
      </w:r>
      <w:r w:rsidR="00CD551B">
        <w:rPr>
          <w:rFonts w:eastAsia="Aptos" w:cs="Aptos"/>
          <w:color w:val="002060"/>
          <w:sz w:val="24"/>
          <w:szCs w:val="24"/>
          <w:lang w:val="en-GB"/>
        </w:rPr>
        <w:t xml:space="preserve">SPACE </w:t>
      </w:r>
      <w:r w:rsidR="00FD4469">
        <w:rPr>
          <w:rFonts w:eastAsia="Aptos" w:cs="Aptos"/>
          <w:color w:val="002060"/>
          <w:sz w:val="24"/>
          <w:szCs w:val="24"/>
          <w:lang w:val="en-GB"/>
        </w:rPr>
        <w:t>PANEL</w:t>
      </w:r>
    </w:p>
    <w:p w:rsidR="1CE1D688" w:rsidP="1CE1D688" w:rsidRDefault="1CE1D688" w14:paraId="35CA3640" w14:textId="7835EC07">
      <w:pPr>
        <w:spacing w:after="0"/>
        <w:jc w:val="center"/>
        <w:rPr>
          <w:rFonts w:eastAsia="Aptos" w:cs="Aptos"/>
          <w:color w:val="D13438"/>
          <w:sz w:val="32"/>
          <w:szCs w:val="32"/>
        </w:rPr>
      </w:pPr>
      <w:r w:rsidRPr="1CE1D688">
        <w:rPr>
          <w:rFonts w:eastAsia="Aptos" w:cs="Aptos"/>
          <w:b/>
          <w:bCs/>
          <w:color w:val="002060"/>
          <w:sz w:val="32"/>
          <w:szCs w:val="32"/>
          <w:lang w:val="en-GB"/>
        </w:rPr>
        <w:t>Building Skills, Partnerships and a European Network for the Future Space Economy</w:t>
      </w:r>
    </w:p>
    <w:p w:rsidR="1CE1D688" w:rsidP="1CE1D688" w:rsidRDefault="1CE1D688" w14:paraId="5D83A761" w14:textId="0172A448">
      <w:pPr>
        <w:spacing w:after="0" w:line="240" w:lineRule="auto"/>
        <w:jc w:val="center"/>
        <w:rPr>
          <w:b/>
          <w:bCs/>
          <w:color w:val="002060"/>
          <w:sz w:val="24"/>
          <w:szCs w:val="24"/>
        </w:rPr>
      </w:pPr>
    </w:p>
    <w:p w:rsidR="00A65D8F" w:rsidP="00897F0D" w:rsidRDefault="00FD4469" w14:paraId="24C5186F" w14:textId="22B3773F">
      <w:pPr>
        <w:spacing w:after="0" w:line="240" w:lineRule="auto"/>
        <w:jc w:val="center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The </w:t>
      </w:r>
      <w:r w:rsidRPr="1CE1D688" w:rsidR="1CE1D688">
        <w:rPr>
          <w:i/>
          <w:iCs/>
          <w:sz w:val="18"/>
          <w:szCs w:val="18"/>
        </w:rPr>
        <w:t>16</w:t>
      </w:r>
      <w:r w:rsidRPr="00FD4469">
        <w:rPr>
          <w:i/>
          <w:iCs/>
          <w:sz w:val="18"/>
          <w:szCs w:val="18"/>
          <w:vertAlign w:val="superscript"/>
        </w:rPr>
        <w:t>th</w:t>
      </w:r>
      <w:r>
        <w:rPr>
          <w:i/>
          <w:iCs/>
          <w:sz w:val="18"/>
          <w:szCs w:val="18"/>
        </w:rPr>
        <w:t xml:space="preserve"> of</w:t>
      </w:r>
      <w:r w:rsidRPr="1CE1D688" w:rsidR="1CE1D688">
        <w:rPr>
          <w:i/>
          <w:iCs/>
          <w:sz w:val="18"/>
          <w:szCs w:val="18"/>
        </w:rPr>
        <w:t xml:space="preserve"> November 2026</w:t>
      </w:r>
      <w:r>
        <w:rPr>
          <w:i/>
          <w:iCs/>
          <w:sz w:val="18"/>
          <w:szCs w:val="18"/>
        </w:rPr>
        <w:t>, 11:00-17:30</w:t>
      </w:r>
    </w:p>
    <w:p w:rsidRPr="00897F0D" w:rsidR="00A65D8F" w:rsidP="00897F0D" w:rsidRDefault="00DE1C37" w14:paraId="384724E1" w14:textId="3C8C0329">
      <w:pPr>
        <w:spacing w:after="0" w:line="240" w:lineRule="auto"/>
        <w:jc w:val="center"/>
        <w:rPr>
          <w:i/>
          <w:iCs/>
        </w:rPr>
      </w:pPr>
      <w:r>
        <w:rPr>
          <w:i/>
          <w:iCs/>
          <w:sz w:val="18"/>
          <w:szCs w:val="18"/>
        </w:rPr>
        <w:t>Stalowa Wola</w:t>
      </w:r>
      <w:r w:rsidRPr="00897F0D">
        <w:rPr>
          <w:i/>
          <w:iCs/>
          <w:sz w:val="18"/>
        </w:rPr>
        <w:t xml:space="preserve"> Regional Development Agency (StARR)</w:t>
      </w:r>
    </w:p>
    <w:p w:rsidRPr="00E01ED1" w:rsidR="00A65D8F" w:rsidP="00897F0D" w:rsidRDefault="003A4549" w14:paraId="1C5E9B51" w14:textId="77777777">
      <w:pPr>
        <w:spacing w:after="0" w:line="240" w:lineRule="auto"/>
        <w:jc w:val="center"/>
        <w:rPr>
          <w:i/>
          <w:iCs/>
          <w:lang w:val="pl-PL"/>
        </w:rPr>
      </w:pPr>
      <w:r w:rsidRPr="00E01ED1">
        <w:rPr>
          <w:i/>
          <w:iCs/>
          <w:sz w:val="18"/>
          <w:lang w:val="pl-PL"/>
        </w:rPr>
        <w:t>3A E. Kwiatkowskiego Street, 37-450 Stalowa Wola, Poland</w:t>
      </w:r>
    </w:p>
    <w:p w:rsidRPr="00897F0D" w:rsidR="00A65D8F" w:rsidP="00897F0D" w:rsidRDefault="003A4549" w14:paraId="74792227" w14:textId="77777777">
      <w:pPr>
        <w:spacing w:after="0" w:line="240" w:lineRule="auto"/>
        <w:jc w:val="center"/>
        <w:rPr>
          <w:i/>
          <w:iCs/>
          <w:sz w:val="18"/>
        </w:rPr>
      </w:pPr>
      <w:r w:rsidRPr="00897F0D">
        <w:rPr>
          <w:i/>
          <w:iCs/>
          <w:sz w:val="18"/>
        </w:rPr>
        <w:t>Working language: English</w:t>
      </w:r>
    </w:p>
    <w:p w:rsidR="007C3357" w:rsidP="00897F0D" w:rsidRDefault="007C3357" w14:paraId="3DDF5F77" w14:textId="77777777">
      <w:pPr>
        <w:spacing w:after="0" w:line="240" w:lineRule="auto"/>
        <w:jc w:val="center"/>
      </w:pPr>
    </w:p>
    <w:p w:rsidRPr="008E23F3" w:rsidR="00A65D8F" w:rsidP="00907049" w:rsidRDefault="003A4549" w14:paraId="7A872BB5" w14:textId="39119281">
      <w:pPr>
        <w:spacing w:after="0" w:line="240" w:lineRule="auto"/>
        <w:rPr>
          <w:color w:val="808080" w:themeColor="background1" w:themeShade="80"/>
        </w:rPr>
      </w:pPr>
      <w:r w:rsidRPr="008E23F3">
        <w:rPr>
          <w:b/>
          <w:color w:val="808080" w:themeColor="background1" w:themeShade="80"/>
          <w:sz w:val="22"/>
        </w:rPr>
        <w:t>10:30</w:t>
      </w:r>
      <w:r w:rsidRPr="008E23F3" w:rsidR="00432332">
        <w:rPr>
          <w:b/>
          <w:color w:val="808080" w:themeColor="background1" w:themeShade="80"/>
          <w:sz w:val="22"/>
        </w:rPr>
        <w:t>-</w:t>
      </w:r>
      <w:r w:rsidRPr="008E23F3">
        <w:rPr>
          <w:b/>
          <w:color w:val="808080" w:themeColor="background1" w:themeShade="80"/>
          <w:sz w:val="22"/>
        </w:rPr>
        <w:t>11:00</w:t>
      </w:r>
      <w:r w:rsidRPr="008E23F3" w:rsidR="007C3357">
        <w:rPr>
          <w:b/>
          <w:color w:val="808080" w:themeColor="background1" w:themeShade="80"/>
          <w:sz w:val="22"/>
        </w:rPr>
        <w:tab/>
      </w:r>
      <w:r w:rsidRPr="008E23F3">
        <w:rPr>
          <w:b/>
          <w:color w:val="808080" w:themeColor="background1" w:themeShade="80"/>
          <w:sz w:val="22"/>
        </w:rPr>
        <w:t>Registration, Coffee Break &amp; Networking</w:t>
      </w:r>
    </w:p>
    <w:p w:rsidRPr="008E23F3" w:rsidR="00432332" w:rsidP="00907049" w:rsidRDefault="00432332" w14:paraId="00A9448E" w14:textId="77777777">
      <w:pPr>
        <w:spacing w:after="0" w:line="240" w:lineRule="auto"/>
        <w:rPr>
          <w:b/>
          <w:sz w:val="22"/>
        </w:rPr>
      </w:pPr>
    </w:p>
    <w:p w:rsidRPr="008E23F3" w:rsidR="00A65D8F" w:rsidP="00907049" w:rsidRDefault="003A4549" w14:paraId="2EA4C6FA" w14:textId="71F7666C">
      <w:pPr>
        <w:spacing w:after="0" w:line="240" w:lineRule="auto"/>
      </w:pPr>
      <w:r w:rsidRPr="008E23F3">
        <w:rPr>
          <w:b/>
          <w:sz w:val="22"/>
        </w:rPr>
        <w:t>11:00</w:t>
      </w:r>
      <w:r w:rsidRPr="008E23F3" w:rsidR="00432332">
        <w:rPr>
          <w:b/>
          <w:sz w:val="22"/>
        </w:rPr>
        <w:t>-</w:t>
      </w:r>
      <w:r w:rsidRPr="008E23F3">
        <w:rPr>
          <w:b/>
          <w:sz w:val="22"/>
        </w:rPr>
        <w:t>11:15</w:t>
      </w:r>
      <w:r w:rsidRPr="008E23F3" w:rsidR="007C3357">
        <w:rPr>
          <w:b/>
          <w:sz w:val="22"/>
        </w:rPr>
        <w:tab/>
      </w:r>
      <w:r w:rsidRPr="008E23F3">
        <w:rPr>
          <w:b/>
          <w:sz w:val="22"/>
        </w:rPr>
        <w:t>Welcome &amp; Opening</w:t>
      </w:r>
    </w:p>
    <w:p w:rsidRPr="00DE1C37" w:rsidR="00A65D8F" w:rsidP="00907049" w:rsidRDefault="003A4549" w14:paraId="6F685E47" w14:textId="08FC2E54">
      <w:pPr>
        <w:pStyle w:val="Listapunktowana"/>
        <w:tabs>
          <w:tab w:val="clear" w:pos="360"/>
          <w:tab w:val="num" w:pos="2410"/>
        </w:tabs>
        <w:spacing w:after="0" w:line="240" w:lineRule="auto"/>
        <w:ind w:left="1701" w:hanging="283"/>
        <w:rPr>
          <w:lang w:val="en-GB"/>
        </w:rPr>
      </w:pPr>
      <w:r w:rsidRPr="00DE1C37">
        <w:rPr>
          <w:lang w:val="en-GB"/>
        </w:rPr>
        <w:t>Welcome by Stalow</w:t>
      </w:r>
      <w:r w:rsidRPr="00DE1C37" w:rsidR="00DE1C37">
        <w:rPr>
          <w:lang w:val="en-GB"/>
        </w:rPr>
        <w:t>a Wola Regional Development Agency</w:t>
      </w:r>
      <w:r w:rsidRPr="00DE1C37">
        <w:rPr>
          <w:lang w:val="en-GB"/>
        </w:rPr>
        <w:t xml:space="preserve"> (StARR)</w:t>
      </w:r>
    </w:p>
    <w:p w:rsidRPr="008E23F3" w:rsidR="00A65D8F" w:rsidP="00907049" w:rsidRDefault="003A4549" w14:paraId="11F5B7DE" w14:textId="77777777">
      <w:pPr>
        <w:pStyle w:val="Listapunktowana"/>
        <w:tabs>
          <w:tab w:val="clear" w:pos="360"/>
          <w:tab w:val="num" w:pos="2410"/>
        </w:tabs>
        <w:spacing w:after="0" w:line="240" w:lineRule="auto"/>
        <w:ind w:left="1701" w:hanging="283"/>
      </w:pPr>
      <w:r w:rsidRPr="008E23F3">
        <w:t>Introduction to the objectives and expected outcomes of the workshop</w:t>
      </w:r>
    </w:p>
    <w:p w:rsidRPr="008E23F3" w:rsidR="00A65D8F" w:rsidP="00907049" w:rsidRDefault="003A4549" w14:paraId="1A9B839C" w14:textId="729DBC68">
      <w:pPr>
        <w:pStyle w:val="Listapunktowana"/>
        <w:tabs>
          <w:tab w:val="clear" w:pos="360"/>
          <w:tab w:val="num" w:pos="2410"/>
        </w:tabs>
        <w:spacing w:after="0" w:line="240" w:lineRule="auto"/>
        <w:ind w:left="1701" w:hanging="283"/>
      </w:pPr>
      <w:r w:rsidRPr="008E23F3">
        <w:t xml:space="preserve">Brief introduction of participants and represented </w:t>
      </w:r>
      <w:r w:rsidRPr="008E23F3" w:rsidR="00EE5909">
        <w:t>organizations</w:t>
      </w:r>
    </w:p>
    <w:p w:rsidRPr="008E23F3" w:rsidR="002C3518" w:rsidP="00907049" w:rsidRDefault="002C3518" w14:paraId="32668CF7" w14:textId="77777777">
      <w:pPr>
        <w:spacing w:after="0" w:line="240" w:lineRule="auto"/>
        <w:rPr>
          <w:b/>
          <w:sz w:val="22"/>
        </w:rPr>
      </w:pPr>
    </w:p>
    <w:p w:rsidRPr="008E23F3" w:rsidR="00A65D8F" w:rsidP="00907049" w:rsidRDefault="1CE1D688" w14:paraId="5B14C7D8" w14:textId="7344D32E">
      <w:pPr>
        <w:spacing w:after="0" w:line="240" w:lineRule="auto"/>
        <w:rPr>
          <w:b/>
          <w:bCs/>
          <w:sz w:val="22"/>
        </w:rPr>
      </w:pPr>
      <w:r w:rsidRPr="008E23F3">
        <w:rPr>
          <w:b/>
          <w:bCs/>
          <w:sz w:val="22"/>
        </w:rPr>
        <w:t>11:15-11:30</w:t>
      </w:r>
      <w:r w:rsidRPr="008E23F3">
        <w:tab/>
      </w:r>
      <w:r w:rsidRPr="008E23F3">
        <w:rPr>
          <w:b/>
          <w:bCs/>
          <w:sz w:val="22"/>
        </w:rPr>
        <w:t>High-Level Speakers</w:t>
      </w:r>
    </w:p>
    <w:p w:rsidRPr="008E23F3" w:rsidR="00A65D8F" w:rsidP="00907049" w:rsidRDefault="00A65D8F" w14:paraId="061C67D6" w14:textId="569AB0B8">
      <w:pPr>
        <w:spacing w:after="0" w:line="240" w:lineRule="auto"/>
        <w:ind w:left="1440"/>
      </w:pPr>
    </w:p>
    <w:p w:rsidRPr="008E23F3" w:rsidR="00A65D8F" w:rsidP="00907049" w:rsidRDefault="526CA641" w14:paraId="7EFD6960" w14:textId="1D8A4447">
      <w:pPr>
        <w:spacing w:after="0" w:line="240" w:lineRule="auto"/>
      </w:pPr>
      <w:r w:rsidRPr="008E23F3">
        <w:rPr>
          <w:b/>
          <w:bCs/>
          <w:sz w:val="22"/>
        </w:rPr>
        <w:t>11:30-12:00</w:t>
      </w:r>
      <w:r w:rsidRPr="008E23F3">
        <w:tab/>
      </w:r>
      <w:r w:rsidRPr="008E23F3">
        <w:rPr>
          <w:b/>
          <w:bCs/>
          <w:sz w:val="22"/>
        </w:rPr>
        <w:t>Setting the scene</w:t>
      </w:r>
      <w:r w:rsidRPr="008E23F3">
        <w:tab/>
      </w:r>
    </w:p>
    <w:p w:rsidRPr="008E23F3" w:rsidR="00A65D8F" w:rsidP="00BB1E6F" w:rsidRDefault="1CE1D688" w14:paraId="0AC84101" w14:textId="5375F709">
      <w:pPr>
        <w:pStyle w:val="Listapunktowana"/>
        <w:spacing w:after="0" w:line="240" w:lineRule="auto"/>
        <w:ind w:left="1701" w:hanging="283"/>
      </w:pPr>
      <w:r w:rsidRPr="00BB1E6F">
        <w:rPr>
          <w:sz w:val="22"/>
        </w:rPr>
        <w:t>SPACE 4 TALENTS - Building a Regional Space &amp; Dual-Use Talent Ecos</w:t>
      </w:r>
      <w:r w:rsidRPr="00BB1E6F">
        <w:rPr>
          <w:szCs w:val="20"/>
        </w:rPr>
        <w:t>ystem</w:t>
      </w:r>
    </w:p>
    <w:p w:rsidRPr="00BB1E6F" w:rsidR="1CE1D688" w:rsidP="00BB1E6F" w:rsidRDefault="526CA641" w14:paraId="1765926F" w14:textId="0E4E4FC5">
      <w:pPr>
        <w:pStyle w:val="Listapunktowana"/>
        <w:spacing w:after="0" w:line="240" w:lineRule="auto"/>
        <w:ind w:left="1701" w:hanging="283"/>
        <w:rPr>
          <w:sz w:val="22"/>
        </w:rPr>
      </w:pPr>
      <w:r w:rsidRPr="00BB1E6F">
        <w:rPr>
          <w:sz w:val="22"/>
        </w:rPr>
        <w:t>SpaceSUITE - Enabling a skilled workforce in the downstream space sector</w:t>
      </w:r>
    </w:p>
    <w:p w:rsidRPr="008E23F3" w:rsidR="00A65D8F" w:rsidP="00907049" w:rsidRDefault="526CA641" w14:paraId="33A443E4" w14:textId="616CDF52">
      <w:pPr>
        <w:spacing w:after="0" w:line="240" w:lineRule="auto"/>
      </w:pPr>
      <w:r w:rsidRPr="008E23F3">
        <w:rPr>
          <w:b/>
          <w:bCs/>
          <w:sz w:val="22"/>
        </w:rPr>
        <w:t xml:space="preserve">12:00-12:30 </w:t>
      </w:r>
      <w:r w:rsidRPr="008E23F3">
        <w:tab/>
      </w:r>
      <w:r w:rsidRPr="008E23F3">
        <w:rPr>
          <w:b/>
          <w:bCs/>
          <w:sz w:val="22"/>
        </w:rPr>
        <w:t>Space Skills in Europe - Trends, Training Offer &amp; Demand</w:t>
      </w:r>
    </w:p>
    <w:p w:rsidRPr="008E23F3" w:rsidR="00A65D8F" w:rsidP="00907049" w:rsidRDefault="526CA641" w14:paraId="7B616A5A" w14:textId="28C0310C">
      <w:pPr>
        <w:spacing w:after="0" w:line="240" w:lineRule="auto"/>
        <w:ind w:left="1440"/>
      </w:pPr>
      <w:r w:rsidRPr="008E23F3">
        <w:rPr>
          <w:color w:val="000000" w:themeColor="text1"/>
        </w:rPr>
        <w:t xml:space="preserve"> SpaceSUITE findings on skills needs, training gaps, micro-credentials and flexible learning pathways</w:t>
      </w:r>
    </w:p>
    <w:p w:rsidRPr="008E23F3" w:rsidR="00A91074" w:rsidP="00907049" w:rsidRDefault="00A91074" w14:paraId="4208813E" w14:textId="77777777">
      <w:pPr>
        <w:spacing w:after="0" w:line="240" w:lineRule="auto"/>
        <w:rPr>
          <w:b/>
          <w:sz w:val="22"/>
        </w:rPr>
      </w:pPr>
    </w:p>
    <w:p w:rsidRPr="008E23F3" w:rsidR="00A65D8F" w:rsidP="00907049" w:rsidRDefault="526CA641" w14:paraId="633A0A82" w14:textId="60665670">
      <w:pPr>
        <w:spacing w:after="0" w:line="240" w:lineRule="auto"/>
        <w:rPr>
          <w:color w:val="808080" w:themeColor="background1" w:themeShade="80"/>
        </w:rPr>
      </w:pPr>
      <w:r w:rsidRPr="008E23F3">
        <w:rPr>
          <w:b/>
          <w:bCs/>
          <w:color w:val="808080" w:themeColor="background1" w:themeShade="80"/>
          <w:sz w:val="22"/>
        </w:rPr>
        <w:t>12:30-13:</w:t>
      </w:r>
      <w:r w:rsidR="00521195">
        <w:rPr>
          <w:b/>
          <w:bCs/>
          <w:color w:val="808080" w:themeColor="background1" w:themeShade="80"/>
          <w:sz w:val="22"/>
        </w:rPr>
        <w:t>30</w:t>
      </w:r>
      <w:r w:rsidRPr="008E23F3">
        <w:tab/>
      </w:r>
      <w:r w:rsidRPr="008E23F3">
        <w:rPr>
          <w:b/>
          <w:bCs/>
          <w:color w:val="808080" w:themeColor="background1" w:themeShade="80"/>
          <w:sz w:val="22"/>
        </w:rPr>
        <w:t>Lunch &amp; Networking</w:t>
      </w:r>
    </w:p>
    <w:p w:rsidRPr="008E23F3" w:rsidR="000D12F8" w:rsidP="00907049" w:rsidRDefault="000D12F8" w14:paraId="463367E5" w14:textId="77777777">
      <w:pPr>
        <w:spacing w:after="0" w:line="240" w:lineRule="auto"/>
        <w:rPr>
          <w:b/>
          <w:sz w:val="22"/>
        </w:rPr>
      </w:pPr>
    </w:p>
    <w:p w:rsidRPr="008E23F3" w:rsidR="00A65D8F" w:rsidP="00907049" w:rsidRDefault="526CA641" w14:paraId="44B21B55" w14:textId="72B2D641">
      <w:pPr>
        <w:spacing w:after="0" w:line="240" w:lineRule="auto"/>
      </w:pPr>
      <w:r w:rsidRPr="008E23F3">
        <w:rPr>
          <w:b/>
          <w:bCs/>
          <w:sz w:val="22"/>
        </w:rPr>
        <w:t>13:</w:t>
      </w:r>
      <w:r w:rsidR="00521195">
        <w:rPr>
          <w:b/>
          <w:bCs/>
          <w:sz w:val="22"/>
        </w:rPr>
        <w:t>30</w:t>
      </w:r>
      <w:r w:rsidRPr="008E23F3">
        <w:rPr>
          <w:b/>
          <w:bCs/>
          <w:sz w:val="22"/>
        </w:rPr>
        <w:t>-14:30</w:t>
      </w:r>
      <w:r w:rsidRPr="008E23F3">
        <w:tab/>
      </w:r>
      <w:r w:rsidRPr="008E23F3">
        <w:rPr>
          <w:b/>
          <w:bCs/>
          <w:sz w:val="22"/>
        </w:rPr>
        <w:t>European Initiatives &amp; Opportunities - Inspiration Session</w:t>
      </w:r>
    </w:p>
    <w:p w:rsidRPr="008E23F3" w:rsidR="00A65D8F" w:rsidP="00907049" w:rsidRDefault="003A4549" w14:paraId="7FCF5A40" w14:textId="77777777">
      <w:pPr>
        <w:spacing w:after="0" w:line="240" w:lineRule="auto"/>
        <w:ind w:left="720" w:firstLine="720"/>
      </w:pPr>
      <w:r w:rsidRPr="008E23F3">
        <w:t>Short inputs from selected European initiatives, networks and stakeholders.</w:t>
      </w:r>
    </w:p>
    <w:p w:rsidRPr="008E23F3" w:rsidR="00D84D01" w:rsidP="00907049" w:rsidRDefault="00D84D01" w14:paraId="04733000" w14:textId="77777777">
      <w:pPr>
        <w:spacing w:after="0" w:line="240" w:lineRule="auto"/>
        <w:rPr>
          <w:b/>
          <w:sz w:val="22"/>
        </w:rPr>
      </w:pPr>
    </w:p>
    <w:p w:rsidRPr="008E23F3" w:rsidR="526CA641" w:rsidP="00907049" w:rsidRDefault="526CA641" w14:paraId="48F6EA1E" w14:textId="09F96967">
      <w:pPr>
        <w:spacing w:after="0" w:line="240" w:lineRule="auto"/>
      </w:pPr>
      <w:r w:rsidRPr="008E23F3">
        <w:rPr>
          <w:b/>
          <w:bCs/>
          <w:sz w:val="22"/>
        </w:rPr>
        <w:t>14:30-16:00</w:t>
      </w:r>
      <w:r w:rsidRPr="008E23F3">
        <w:tab/>
      </w:r>
      <w:r w:rsidRPr="008E23F3">
        <w:rPr>
          <w:b/>
          <w:bCs/>
          <w:sz w:val="22"/>
        </w:rPr>
        <w:t>Space Skills - Regional Needs, European Perspectives &amp; Opportunities</w:t>
      </w:r>
    </w:p>
    <w:p w:rsidRPr="008E23F3" w:rsidR="526CA641" w:rsidP="00BB1E6F" w:rsidRDefault="526CA641" w14:paraId="4A74665C" w14:textId="03AD0A54">
      <w:pPr>
        <w:spacing w:after="0" w:line="240" w:lineRule="auto"/>
        <w:ind w:left="720" w:firstLine="720"/>
        <w:rPr>
          <w:b/>
          <w:bCs/>
          <w:sz w:val="22"/>
        </w:rPr>
      </w:pPr>
      <w:r w:rsidRPr="008E23F3">
        <w:rPr>
          <w:b/>
          <w:bCs/>
          <w:sz w:val="22"/>
        </w:rPr>
        <w:t>In</w:t>
      </w:r>
      <w:r w:rsidRPr="00C51C79">
        <w:rPr>
          <w:b/>
          <w:bCs/>
          <w:sz w:val="22"/>
        </w:rPr>
        <w:t xml:space="preserve">teractive </w:t>
      </w:r>
      <w:r w:rsidRPr="008E23F3">
        <w:rPr>
          <w:b/>
          <w:bCs/>
          <w:sz w:val="22"/>
        </w:rPr>
        <w:t>Round Table</w:t>
      </w:r>
    </w:p>
    <w:p w:rsidRPr="00CA3F88" w:rsidR="005C14DB" w:rsidP="00CA3F88" w:rsidRDefault="526CA641" w14:paraId="148291D2" w14:textId="7F1B6600">
      <w:pPr>
        <w:spacing w:after="0" w:line="240" w:lineRule="auto"/>
        <w:ind w:left="1440"/>
      </w:pPr>
      <w:r w:rsidRPr="008E23F3">
        <w:t>Moderated interactive round-table discussion with audience input on regional space skills needs, emerging competence requirements and opportunities for cooperation. The outcomes will feed into the Project &amp; Partnership Lab.</w:t>
      </w:r>
    </w:p>
    <w:p w:rsidRPr="008E23F3" w:rsidR="001C56FA" w:rsidP="00907049" w:rsidRDefault="001C56FA" w14:paraId="7D098E3B" w14:textId="77777777">
      <w:pPr>
        <w:spacing w:after="0" w:line="240" w:lineRule="auto"/>
        <w:rPr>
          <w:b/>
          <w:sz w:val="22"/>
        </w:rPr>
      </w:pPr>
    </w:p>
    <w:p w:rsidRPr="008E23F3" w:rsidR="00A65D8F" w:rsidP="00907049" w:rsidRDefault="003A4549" w14:paraId="6164A4B7" w14:textId="738D32FA">
      <w:pPr>
        <w:spacing w:after="0" w:line="240" w:lineRule="auto"/>
        <w:rPr>
          <w:color w:val="808080" w:themeColor="background1" w:themeShade="80"/>
        </w:rPr>
      </w:pPr>
      <w:r w:rsidRPr="008E23F3">
        <w:rPr>
          <w:b/>
          <w:color w:val="808080" w:themeColor="background1" w:themeShade="80"/>
          <w:sz w:val="22"/>
        </w:rPr>
        <w:t>16:00</w:t>
      </w:r>
      <w:r w:rsidRPr="008E23F3" w:rsidR="002C3518">
        <w:rPr>
          <w:b/>
          <w:color w:val="808080" w:themeColor="background1" w:themeShade="80"/>
          <w:sz w:val="22"/>
        </w:rPr>
        <w:t>-</w:t>
      </w:r>
      <w:r w:rsidRPr="008E23F3">
        <w:rPr>
          <w:b/>
          <w:color w:val="808080" w:themeColor="background1" w:themeShade="80"/>
          <w:sz w:val="22"/>
        </w:rPr>
        <w:t>16:20</w:t>
      </w:r>
      <w:r w:rsidRPr="008E23F3" w:rsidR="001C56FA">
        <w:rPr>
          <w:b/>
          <w:color w:val="808080" w:themeColor="background1" w:themeShade="80"/>
          <w:sz w:val="22"/>
        </w:rPr>
        <w:tab/>
      </w:r>
      <w:r w:rsidRPr="008E23F3">
        <w:rPr>
          <w:b/>
          <w:color w:val="808080" w:themeColor="background1" w:themeShade="80"/>
          <w:sz w:val="22"/>
        </w:rPr>
        <w:t>Coffee Break &amp; Networking</w:t>
      </w:r>
    </w:p>
    <w:p w:rsidRPr="008E23F3" w:rsidR="001C56FA" w:rsidP="00907049" w:rsidRDefault="001C56FA" w14:paraId="23E18472" w14:textId="77777777">
      <w:pPr>
        <w:spacing w:after="0" w:line="240" w:lineRule="auto"/>
        <w:rPr>
          <w:b/>
          <w:sz w:val="22"/>
        </w:rPr>
      </w:pPr>
    </w:p>
    <w:p w:rsidRPr="008E23F3" w:rsidR="00A65D8F" w:rsidP="00907049" w:rsidRDefault="526CA641" w14:paraId="6D0FEE06" w14:textId="773C0D53">
      <w:pPr>
        <w:spacing w:after="0" w:line="240" w:lineRule="auto"/>
        <w:rPr>
          <w:b/>
          <w:bCs/>
          <w:sz w:val="22"/>
        </w:rPr>
      </w:pPr>
      <w:r w:rsidRPr="008E23F3">
        <w:rPr>
          <w:b/>
          <w:bCs/>
          <w:sz w:val="22"/>
        </w:rPr>
        <w:t>16:20-17:20</w:t>
      </w:r>
      <w:r w:rsidRPr="008E23F3">
        <w:tab/>
      </w:r>
      <w:r w:rsidRPr="008E23F3">
        <w:rPr>
          <w:b/>
          <w:bCs/>
          <w:sz w:val="22"/>
        </w:rPr>
        <w:t>From Skills Needs to Cooperation - Project &amp; Partnership Lab</w:t>
      </w:r>
    </w:p>
    <w:p w:rsidRPr="008E23F3" w:rsidR="00A65D8F" w:rsidP="00907049" w:rsidRDefault="003A4549" w14:paraId="0E399457" w14:textId="313933A8">
      <w:pPr>
        <w:spacing w:after="0" w:line="240" w:lineRule="auto"/>
        <w:ind w:left="1440"/>
      </w:pPr>
      <w:r w:rsidRPr="008E23F3">
        <w:t>The objective is to identify 2</w:t>
      </w:r>
      <w:r w:rsidRPr="008E23F3" w:rsidR="00594830">
        <w:t>-</w:t>
      </w:r>
      <w:r w:rsidRPr="008E23F3">
        <w:t>4 concrete project ideas that could be developed after the workshop.</w:t>
      </w:r>
    </w:p>
    <w:p w:rsidRPr="008E23F3" w:rsidR="002C3518" w:rsidP="00907049" w:rsidRDefault="002C3518" w14:paraId="3FEC6650" w14:textId="77777777">
      <w:pPr>
        <w:spacing w:after="0" w:line="240" w:lineRule="auto"/>
        <w:rPr>
          <w:b/>
          <w:sz w:val="22"/>
        </w:rPr>
      </w:pPr>
    </w:p>
    <w:p w:rsidR="00A65D8F" w:rsidP="00907049" w:rsidRDefault="1CE1D688" w14:paraId="55AA0EDF" w14:textId="0295E9D4">
      <w:pPr>
        <w:spacing w:after="0" w:line="240" w:lineRule="auto"/>
        <w:rPr>
          <w:b/>
          <w:bCs/>
          <w:sz w:val="22"/>
        </w:rPr>
      </w:pPr>
      <w:r w:rsidRPr="008E23F3">
        <w:rPr>
          <w:b/>
          <w:bCs/>
          <w:sz w:val="22"/>
        </w:rPr>
        <w:t xml:space="preserve">17:20-17:30 </w:t>
      </w:r>
      <w:r w:rsidRPr="008E23F3">
        <w:tab/>
      </w:r>
      <w:r w:rsidRPr="008E23F3">
        <w:rPr>
          <w:b/>
          <w:bCs/>
          <w:sz w:val="22"/>
        </w:rPr>
        <w:t>Conclusions &amp; Next Steps</w:t>
      </w:r>
    </w:p>
    <w:p w:rsidR="00663135" w:rsidP="00907049" w:rsidRDefault="00663135" w14:paraId="5D47C161" w14:textId="77777777">
      <w:pPr>
        <w:spacing w:after="0" w:line="240" w:lineRule="auto"/>
        <w:rPr>
          <w:b/>
          <w:bCs/>
          <w:sz w:val="22"/>
        </w:rPr>
      </w:pPr>
    </w:p>
    <w:p w:rsidRPr="008E23F3" w:rsidR="00E01ED1" w:rsidP="00E84060" w:rsidRDefault="00E01ED1" w14:paraId="216EE070" w14:textId="6A9C139C">
      <w:pPr>
        <w:rPr>
          <w:b/>
          <w:bCs/>
          <w:sz w:val="22"/>
        </w:rPr>
      </w:pPr>
    </w:p>
    <w:sectPr w:rsidRPr="008E23F3" w:rsidR="00E01ED1" w:rsidSect="00F20AAB">
      <w:pgSz w:w="12240" w:h="15840" w:orient="portrait"/>
      <w:pgMar w:top="1418" w:right="998" w:bottom="1560" w:left="99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E084B" w:rsidP="00E41443" w:rsidRDefault="009E084B" w14:paraId="73E34533" w14:textId="77777777">
      <w:pPr>
        <w:spacing w:after="0" w:line="240" w:lineRule="auto"/>
      </w:pPr>
      <w:r>
        <w:separator/>
      </w:r>
    </w:p>
  </w:endnote>
  <w:endnote w:type="continuationSeparator" w:id="0">
    <w:p w:rsidR="009E084B" w:rsidP="00E41443" w:rsidRDefault="009E084B" w14:paraId="4587CB7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E084B" w:rsidP="00E41443" w:rsidRDefault="009E084B" w14:paraId="42F05BB4" w14:textId="77777777">
      <w:pPr>
        <w:spacing w:after="0" w:line="240" w:lineRule="auto"/>
      </w:pPr>
      <w:r>
        <w:separator/>
      </w:r>
    </w:p>
  </w:footnote>
  <w:footnote w:type="continuationSeparator" w:id="0">
    <w:p w:rsidR="009E084B" w:rsidP="00E41443" w:rsidRDefault="009E084B" w14:paraId="475B9366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A134F0A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  <w:sz w:val="22"/>
        <w:szCs w:val="22"/>
      </w:rPr>
    </w:lvl>
  </w:abstractNum>
  <w:abstractNum w:abstractNumId="9" w15:restartNumberingAfterBreak="0">
    <w:nsid w:val="0F6D0D3D"/>
    <w:multiLevelType w:val="hybridMultilevel"/>
    <w:tmpl w:val="122A3FA6"/>
    <w:lvl w:ilvl="0" w:tplc="452E7E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260FD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74479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5B401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F1827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C12E1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5D6A6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36CD8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490ED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0" w15:restartNumberingAfterBreak="0">
    <w:nsid w:val="10E137BF"/>
    <w:multiLevelType w:val="hybridMultilevel"/>
    <w:tmpl w:val="A89292FC"/>
    <w:lvl w:ilvl="0" w:tplc="391C38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6D6A3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69E10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FE8CB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61449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85CCD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70CA3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5CC2A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CDA45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1" w15:restartNumberingAfterBreak="0">
    <w:nsid w:val="1593C3CE"/>
    <w:multiLevelType w:val="hybridMultilevel"/>
    <w:tmpl w:val="E3329C8E"/>
    <w:lvl w:ilvl="0" w:tplc="8764A4C6">
      <w:start w:val="1"/>
      <w:numFmt w:val="bullet"/>
      <w:lvlText w:val="-"/>
      <w:lvlJc w:val="left"/>
      <w:pPr>
        <w:ind w:left="720" w:hanging="360"/>
      </w:pPr>
      <w:rPr>
        <w:rFonts w:hint="default" w:ascii="Symbol" w:hAnsi="Symbol"/>
      </w:rPr>
    </w:lvl>
    <w:lvl w:ilvl="1" w:tplc="ABBE461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8EA2CA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32C7B3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0BA9D4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6C2AF7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2FA133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6B8F49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9E88FE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17D29030"/>
    <w:multiLevelType w:val="hybridMultilevel"/>
    <w:tmpl w:val="2D1CDFF6"/>
    <w:lvl w:ilvl="0" w:tplc="6706E492">
      <w:start w:val="1"/>
      <w:numFmt w:val="decimal"/>
      <w:lvlText w:val="%1."/>
      <w:lvlJc w:val="left"/>
      <w:pPr>
        <w:ind w:left="720" w:hanging="360"/>
      </w:pPr>
    </w:lvl>
    <w:lvl w:ilvl="1" w:tplc="39EA20FC">
      <w:start w:val="1"/>
      <w:numFmt w:val="lowerLetter"/>
      <w:lvlText w:val="%2."/>
      <w:lvlJc w:val="left"/>
      <w:pPr>
        <w:ind w:left="1440" w:hanging="360"/>
      </w:pPr>
    </w:lvl>
    <w:lvl w:ilvl="2" w:tplc="E2546F2A">
      <w:start w:val="1"/>
      <w:numFmt w:val="lowerRoman"/>
      <w:lvlText w:val="%3."/>
      <w:lvlJc w:val="right"/>
      <w:pPr>
        <w:ind w:left="2160" w:hanging="180"/>
      </w:pPr>
    </w:lvl>
    <w:lvl w:ilvl="3" w:tplc="0C7EA610">
      <w:start w:val="1"/>
      <w:numFmt w:val="decimal"/>
      <w:lvlText w:val="%4."/>
      <w:lvlJc w:val="left"/>
      <w:pPr>
        <w:ind w:left="2880" w:hanging="360"/>
      </w:pPr>
    </w:lvl>
    <w:lvl w:ilvl="4" w:tplc="335EFCCA">
      <w:start w:val="1"/>
      <w:numFmt w:val="lowerLetter"/>
      <w:lvlText w:val="%5."/>
      <w:lvlJc w:val="left"/>
      <w:pPr>
        <w:ind w:left="3600" w:hanging="360"/>
      </w:pPr>
    </w:lvl>
    <w:lvl w:ilvl="5" w:tplc="709CA71E">
      <w:start w:val="1"/>
      <w:numFmt w:val="lowerRoman"/>
      <w:lvlText w:val="%6."/>
      <w:lvlJc w:val="right"/>
      <w:pPr>
        <w:ind w:left="4320" w:hanging="180"/>
      </w:pPr>
    </w:lvl>
    <w:lvl w:ilvl="6" w:tplc="95EAC24E">
      <w:start w:val="1"/>
      <w:numFmt w:val="decimal"/>
      <w:lvlText w:val="%7."/>
      <w:lvlJc w:val="left"/>
      <w:pPr>
        <w:ind w:left="5040" w:hanging="360"/>
      </w:pPr>
    </w:lvl>
    <w:lvl w:ilvl="7" w:tplc="A2CE3BF4">
      <w:start w:val="1"/>
      <w:numFmt w:val="lowerLetter"/>
      <w:lvlText w:val="%8."/>
      <w:lvlJc w:val="left"/>
      <w:pPr>
        <w:ind w:left="5760" w:hanging="360"/>
      </w:pPr>
    </w:lvl>
    <w:lvl w:ilvl="8" w:tplc="6988FCA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5DCF"/>
    <w:multiLevelType w:val="hybridMultilevel"/>
    <w:tmpl w:val="524CC074"/>
    <w:lvl w:ilvl="0" w:tplc="B3EC05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97CC9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32A4B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63CDA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89636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FF61D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D0C99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E56CC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52026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4" w15:restartNumberingAfterBreak="0">
    <w:nsid w:val="18663ED5"/>
    <w:multiLevelType w:val="hybridMultilevel"/>
    <w:tmpl w:val="53D6C05E"/>
    <w:lvl w:ilvl="0" w:tplc="6B6477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5AC6B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89811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31214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0E412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FBC14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13E5F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C40D5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5A8E4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1A800C59"/>
    <w:multiLevelType w:val="hybridMultilevel"/>
    <w:tmpl w:val="111A91B4"/>
    <w:lvl w:ilvl="0" w:tplc="3F8C33C0">
      <w:start w:val="1"/>
      <w:numFmt w:val="bullet"/>
      <w:lvlText w:val="-"/>
      <w:lvlJc w:val="left"/>
      <w:pPr>
        <w:ind w:left="720" w:hanging="360"/>
      </w:pPr>
      <w:rPr>
        <w:rFonts w:hint="default" w:ascii="Symbol" w:hAnsi="Symbol"/>
      </w:rPr>
    </w:lvl>
    <w:lvl w:ilvl="1" w:tplc="C6368A2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B965DC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9E61CC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2F07A2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50A96C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7C02F9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56E898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66AAF8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23AB0173"/>
    <w:multiLevelType w:val="hybridMultilevel"/>
    <w:tmpl w:val="B27E0024"/>
    <w:lvl w:ilvl="0" w:tplc="D6DC42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D283C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D6CA3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18211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2EEF3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FEA95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38ED1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F1ABB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B9A72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2786679A"/>
    <w:multiLevelType w:val="hybridMultilevel"/>
    <w:tmpl w:val="921CE2BC"/>
    <w:lvl w:ilvl="0" w:tplc="DD9EA7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EF21B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960BF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DA2EB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ED215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9043F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88489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10A2A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DECF8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8" w15:restartNumberingAfterBreak="0">
    <w:nsid w:val="303A4EA4"/>
    <w:multiLevelType w:val="hybridMultilevel"/>
    <w:tmpl w:val="7F12469E"/>
    <w:lvl w:ilvl="0" w:tplc="837E1E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8CC3E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CE492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FEC37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9D668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02459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874B2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9D2B0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7F065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9" w15:restartNumberingAfterBreak="0">
    <w:nsid w:val="342F3324"/>
    <w:multiLevelType w:val="hybridMultilevel"/>
    <w:tmpl w:val="48CC310C"/>
    <w:lvl w:ilvl="0" w:tplc="EDDEEB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24A08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464E7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49EBF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7E212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D44DD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CE254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A826A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0A249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0" w15:restartNumberingAfterBreak="0">
    <w:nsid w:val="37775384"/>
    <w:multiLevelType w:val="hybridMultilevel"/>
    <w:tmpl w:val="BE9E3E8A"/>
    <w:lvl w:ilvl="0" w:tplc="8316504E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54C6A016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/>
      </w:rPr>
    </w:lvl>
    <w:lvl w:ilvl="2" w:tplc="E82805FE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41549736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9B326A5A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/>
      </w:rPr>
    </w:lvl>
    <w:lvl w:ilvl="5" w:tplc="8DBE3CCC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D7708DE0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5B843378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/>
      </w:rPr>
    </w:lvl>
    <w:lvl w:ilvl="8" w:tplc="F0545DD6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21" w15:restartNumberingAfterBreak="0">
    <w:nsid w:val="3FAB38B6"/>
    <w:multiLevelType w:val="hybridMultilevel"/>
    <w:tmpl w:val="A17C9F9A"/>
    <w:lvl w:ilvl="0" w:tplc="513AA3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DC2F4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56A1B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3689A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4703B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49EF4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4AA7C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99AED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8725F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2" w15:restartNumberingAfterBreak="0">
    <w:nsid w:val="400DDB68"/>
    <w:multiLevelType w:val="hybridMultilevel"/>
    <w:tmpl w:val="208291FE"/>
    <w:lvl w:ilvl="0" w:tplc="43323B84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BC50022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39EDDE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496BDF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D74CDB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3A6DE4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1CDD3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30C74D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7DCE8D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3500F3F"/>
    <w:multiLevelType w:val="hybridMultilevel"/>
    <w:tmpl w:val="53B49B1E"/>
    <w:lvl w:ilvl="0" w:tplc="5CF456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9CE61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12C1B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A2E3B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59E8F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63A3F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550DB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7583A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4D0E1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4" w15:restartNumberingAfterBreak="0">
    <w:nsid w:val="43567ABF"/>
    <w:multiLevelType w:val="hybridMultilevel"/>
    <w:tmpl w:val="6EAAF976"/>
    <w:lvl w:ilvl="0" w:tplc="C966E2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0F4DF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C248B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9E44D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A50DF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E18B0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CAAEE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EE0E3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9DC78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5" w15:restartNumberingAfterBreak="0">
    <w:nsid w:val="477E7760"/>
    <w:multiLevelType w:val="hybridMultilevel"/>
    <w:tmpl w:val="D9D4550C"/>
    <w:lvl w:ilvl="0" w:tplc="2E5E3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CA8D6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4AA02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A9C70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738DB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B9061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06444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BE872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86839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6" w15:restartNumberingAfterBreak="0">
    <w:nsid w:val="4B693310"/>
    <w:multiLevelType w:val="hybridMultilevel"/>
    <w:tmpl w:val="6C78B45C"/>
    <w:lvl w:ilvl="0" w:tplc="A554F7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C36E7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92A58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63A4D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250F7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548F6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2A0AD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E4680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DC92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7" w15:restartNumberingAfterBreak="0">
    <w:nsid w:val="56E733AE"/>
    <w:multiLevelType w:val="hybridMultilevel"/>
    <w:tmpl w:val="B980D65A"/>
    <w:lvl w:ilvl="0" w:tplc="F01AC1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D1CE2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1C696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88484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78692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91E2F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010CF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1D29E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C4EAE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8" w15:restartNumberingAfterBreak="0">
    <w:nsid w:val="572E5990"/>
    <w:multiLevelType w:val="hybridMultilevel"/>
    <w:tmpl w:val="46E0965E"/>
    <w:lvl w:ilvl="0" w:tplc="21BED0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97297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F1A48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CD048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7C2E6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6F801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DEE8F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084A6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70CB7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9" w15:restartNumberingAfterBreak="0">
    <w:nsid w:val="5A3613F5"/>
    <w:multiLevelType w:val="hybridMultilevel"/>
    <w:tmpl w:val="BE00A610"/>
    <w:lvl w:ilvl="0" w:tplc="5622BC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1C254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46A38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25EE0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6D6A6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EE8E6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21E73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0BE10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DB8F3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0" w15:restartNumberingAfterBreak="0">
    <w:nsid w:val="6E3F47E3"/>
    <w:multiLevelType w:val="hybridMultilevel"/>
    <w:tmpl w:val="0B504E70"/>
    <w:lvl w:ilvl="0" w:tplc="B58C4C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D1C2C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F2ED0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92A1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BEA8A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0AAAB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F6EFD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B5818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7D4F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1" w15:restartNumberingAfterBreak="0">
    <w:nsid w:val="714E02F4"/>
    <w:multiLevelType w:val="hybridMultilevel"/>
    <w:tmpl w:val="E490FE56"/>
    <w:lvl w:ilvl="0" w:tplc="B1965A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43204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074A4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36EE4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5A44E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6D878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8C04C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0AE09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C701A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2" w15:restartNumberingAfterBreak="0">
    <w:nsid w:val="72AC7034"/>
    <w:multiLevelType w:val="hybridMultilevel"/>
    <w:tmpl w:val="A4D409D6"/>
    <w:lvl w:ilvl="0" w:tplc="9DA436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E2EC7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EF02C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8E24B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09CF6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AA0B2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7C60D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3D85F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BA888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3" w15:restartNumberingAfterBreak="0">
    <w:nsid w:val="736009DE"/>
    <w:multiLevelType w:val="hybridMultilevel"/>
    <w:tmpl w:val="54942C92"/>
    <w:lvl w:ilvl="0" w:tplc="4662AE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35AFB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974DA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2768F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E8439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E78EF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25468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AAA29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D40C7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4" w15:restartNumberingAfterBreak="0">
    <w:nsid w:val="78AD4DF5"/>
    <w:multiLevelType w:val="hybridMultilevel"/>
    <w:tmpl w:val="FC98DD76"/>
    <w:lvl w:ilvl="0" w:tplc="A9BE5F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3D86A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84E5A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B3489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F347D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78C38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3FE72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41ACF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AEE3B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5" w15:restartNumberingAfterBreak="0">
    <w:nsid w:val="7B0E137C"/>
    <w:multiLevelType w:val="hybridMultilevel"/>
    <w:tmpl w:val="5C909A32"/>
    <w:lvl w:ilvl="0" w:tplc="F992FB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5A8F8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1065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1A863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E86E6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7144E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864D7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80A71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A9463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366882199">
    <w:abstractNumId w:val="11"/>
  </w:num>
  <w:num w:numId="2" w16cid:durableId="381681934">
    <w:abstractNumId w:val="12"/>
  </w:num>
  <w:num w:numId="3" w16cid:durableId="1553541266">
    <w:abstractNumId w:val="15"/>
  </w:num>
  <w:num w:numId="4" w16cid:durableId="816798170">
    <w:abstractNumId w:val="22"/>
  </w:num>
  <w:num w:numId="5" w16cid:durableId="608855011">
    <w:abstractNumId w:val="20"/>
  </w:num>
  <w:num w:numId="6" w16cid:durableId="654191232">
    <w:abstractNumId w:val="8"/>
  </w:num>
  <w:num w:numId="7" w16cid:durableId="1567647810">
    <w:abstractNumId w:val="6"/>
  </w:num>
  <w:num w:numId="8" w16cid:durableId="986544360">
    <w:abstractNumId w:val="5"/>
  </w:num>
  <w:num w:numId="9" w16cid:durableId="905334716">
    <w:abstractNumId w:val="4"/>
  </w:num>
  <w:num w:numId="10" w16cid:durableId="1381202446">
    <w:abstractNumId w:val="7"/>
  </w:num>
  <w:num w:numId="11" w16cid:durableId="2064719292">
    <w:abstractNumId w:val="3"/>
  </w:num>
  <w:num w:numId="12" w16cid:durableId="564872228">
    <w:abstractNumId w:val="2"/>
  </w:num>
  <w:num w:numId="13" w16cid:durableId="2106612196">
    <w:abstractNumId w:val="1"/>
  </w:num>
  <w:num w:numId="14" w16cid:durableId="83310199">
    <w:abstractNumId w:val="0"/>
  </w:num>
  <w:num w:numId="15" w16cid:durableId="898056253">
    <w:abstractNumId w:val="29"/>
  </w:num>
  <w:num w:numId="16" w16cid:durableId="393284640">
    <w:abstractNumId w:val="28"/>
  </w:num>
  <w:num w:numId="17" w16cid:durableId="436827094">
    <w:abstractNumId w:val="32"/>
  </w:num>
  <w:num w:numId="18" w16cid:durableId="105541969">
    <w:abstractNumId w:val="18"/>
  </w:num>
  <w:num w:numId="19" w16cid:durableId="186022684">
    <w:abstractNumId w:val="19"/>
  </w:num>
  <w:num w:numId="20" w16cid:durableId="1769160702">
    <w:abstractNumId w:val="35"/>
  </w:num>
  <w:num w:numId="21" w16cid:durableId="435103853">
    <w:abstractNumId w:val="21"/>
  </w:num>
  <w:num w:numId="22" w16cid:durableId="630288047">
    <w:abstractNumId w:val="9"/>
  </w:num>
  <w:num w:numId="23" w16cid:durableId="1903758046">
    <w:abstractNumId w:val="13"/>
  </w:num>
  <w:num w:numId="24" w16cid:durableId="506872412">
    <w:abstractNumId w:val="14"/>
  </w:num>
  <w:num w:numId="25" w16cid:durableId="693850448">
    <w:abstractNumId w:val="23"/>
  </w:num>
  <w:num w:numId="26" w16cid:durableId="141586460">
    <w:abstractNumId w:val="17"/>
  </w:num>
  <w:num w:numId="27" w16cid:durableId="557741544">
    <w:abstractNumId w:val="10"/>
  </w:num>
  <w:num w:numId="28" w16cid:durableId="567114375">
    <w:abstractNumId w:val="27"/>
  </w:num>
  <w:num w:numId="29" w16cid:durableId="969162984">
    <w:abstractNumId w:val="25"/>
  </w:num>
  <w:num w:numId="30" w16cid:durableId="1491018802">
    <w:abstractNumId w:val="24"/>
  </w:num>
  <w:num w:numId="31" w16cid:durableId="733622733">
    <w:abstractNumId w:val="33"/>
  </w:num>
  <w:num w:numId="32" w16cid:durableId="1754471745">
    <w:abstractNumId w:val="16"/>
  </w:num>
  <w:num w:numId="33" w16cid:durableId="1502964650">
    <w:abstractNumId w:val="31"/>
  </w:num>
  <w:num w:numId="34" w16cid:durableId="1312834773">
    <w:abstractNumId w:val="30"/>
  </w:num>
  <w:num w:numId="35" w16cid:durableId="567569339">
    <w:abstractNumId w:val="26"/>
  </w:num>
  <w:num w:numId="36" w16cid:durableId="55562753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6D2E"/>
    <w:rsid w:val="00047EF9"/>
    <w:rsid w:val="0006063C"/>
    <w:rsid w:val="00073911"/>
    <w:rsid w:val="00076481"/>
    <w:rsid w:val="0009508B"/>
    <w:rsid w:val="000A47A1"/>
    <w:rsid w:val="000D12F8"/>
    <w:rsid w:val="001012AD"/>
    <w:rsid w:val="001336C5"/>
    <w:rsid w:val="0013592E"/>
    <w:rsid w:val="0015074B"/>
    <w:rsid w:val="00171D4C"/>
    <w:rsid w:val="001C56FA"/>
    <w:rsid w:val="001C610A"/>
    <w:rsid w:val="001C683F"/>
    <w:rsid w:val="001F3534"/>
    <w:rsid w:val="0020188D"/>
    <w:rsid w:val="00251D22"/>
    <w:rsid w:val="00280F6B"/>
    <w:rsid w:val="0029639D"/>
    <w:rsid w:val="002A5FB5"/>
    <w:rsid w:val="002C3518"/>
    <w:rsid w:val="002D2AD8"/>
    <w:rsid w:val="0030746E"/>
    <w:rsid w:val="00313E5F"/>
    <w:rsid w:val="00326F90"/>
    <w:rsid w:val="00344B14"/>
    <w:rsid w:val="003802ED"/>
    <w:rsid w:val="00394B85"/>
    <w:rsid w:val="003A4549"/>
    <w:rsid w:val="003C08E7"/>
    <w:rsid w:val="003D1A28"/>
    <w:rsid w:val="003E66E5"/>
    <w:rsid w:val="00432332"/>
    <w:rsid w:val="00433EC3"/>
    <w:rsid w:val="00447D1D"/>
    <w:rsid w:val="0045039E"/>
    <w:rsid w:val="00457653"/>
    <w:rsid w:val="00462F2A"/>
    <w:rsid w:val="00462F4B"/>
    <w:rsid w:val="00466030"/>
    <w:rsid w:val="004C0EBC"/>
    <w:rsid w:val="004D75C4"/>
    <w:rsid w:val="00521195"/>
    <w:rsid w:val="0054379F"/>
    <w:rsid w:val="00594830"/>
    <w:rsid w:val="005C14DB"/>
    <w:rsid w:val="005F74CE"/>
    <w:rsid w:val="00634009"/>
    <w:rsid w:val="00647212"/>
    <w:rsid w:val="00663135"/>
    <w:rsid w:val="00673208"/>
    <w:rsid w:val="0067413A"/>
    <w:rsid w:val="006E7424"/>
    <w:rsid w:val="006F4998"/>
    <w:rsid w:val="006F5294"/>
    <w:rsid w:val="00714DFB"/>
    <w:rsid w:val="00724C58"/>
    <w:rsid w:val="0078694F"/>
    <w:rsid w:val="007A4F20"/>
    <w:rsid w:val="007C3357"/>
    <w:rsid w:val="007D53A8"/>
    <w:rsid w:val="007F47B3"/>
    <w:rsid w:val="008300FF"/>
    <w:rsid w:val="00873277"/>
    <w:rsid w:val="00897F0D"/>
    <w:rsid w:val="008C23F5"/>
    <w:rsid w:val="008D2701"/>
    <w:rsid w:val="008D37F4"/>
    <w:rsid w:val="008D4A18"/>
    <w:rsid w:val="008E23F3"/>
    <w:rsid w:val="008F115A"/>
    <w:rsid w:val="00907049"/>
    <w:rsid w:val="0092143C"/>
    <w:rsid w:val="00940161"/>
    <w:rsid w:val="00951970"/>
    <w:rsid w:val="00961500"/>
    <w:rsid w:val="009A1C1B"/>
    <w:rsid w:val="009D38FA"/>
    <w:rsid w:val="009E084B"/>
    <w:rsid w:val="009F6E1B"/>
    <w:rsid w:val="009F6E49"/>
    <w:rsid w:val="00A65D8F"/>
    <w:rsid w:val="00A91074"/>
    <w:rsid w:val="00AA1D8D"/>
    <w:rsid w:val="00AA20DE"/>
    <w:rsid w:val="00AA3496"/>
    <w:rsid w:val="00AA4D48"/>
    <w:rsid w:val="00B115FB"/>
    <w:rsid w:val="00B3209B"/>
    <w:rsid w:val="00B34F67"/>
    <w:rsid w:val="00B37300"/>
    <w:rsid w:val="00B47730"/>
    <w:rsid w:val="00B50C04"/>
    <w:rsid w:val="00B92BE2"/>
    <w:rsid w:val="00BA09ED"/>
    <w:rsid w:val="00BB1E6F"/>
    <w:rsid w:val="00BE1F71"/>
    <w:rsid w:val="00BE2470"/>
    <w:rsid w:val="00C50B6B"/>
    <w:rsid w:val="00C51C79"/>
    <w:rsid w:val="00C92074"/>
    <w:rsid w:val="00CA3F88"/>
    <w:rsid w:val="00CB0664"/>
    <w:rsid w:val="00CC7312"/>
    <w:rsid w:val="00CD1768"/>
    <w:rsid w:val="00CD551B"/>
    <w:rsid w:val="00D205AB"/>
    <w:rsid w:val="00D247E6"/>
    <w:rsid w:val="00D37F1E"/>
    <w:rsid w:val="00D84D01"/>
    <w:rsid w:val="00DE1C37"/>
    <w:rsid w:val="00E01ED1"/>
    <w:rsid w:val="00E41443"/>
    <w:rsid w:val="00E511BD"/>
    <w:rsid w:val="00E5726A"/>
    <w:rsid w:val="00E84060"/>
    <w:rsid w:val="00E92200"/>
    <w:rsid w:val="00EB7C36"/>
    <w:rsid w:val="00EC1C43"/>
    <w:rsid w:val="00EC32AD"/>
    <w:rsid w:val="00ED0931"/>
    <w:rsid w:val="00EE5909"/>
    <w:rsid w:val="00F17FBB"/>
    <w:rsid w:val="00F20AAB"/>
    <w:rsid w:val="00F30327"/>
    <w:rsid w:val="00F31443"/>
    <w:rsid w:val="00FC693F"/>
    <w:rsid w:val="00FD4469"/>
    <w:rsid w:val="00FE6442"/>
    <w:rsid w:val="059ED512"/>
    <w:rsid w:val="1CE1D688"/>
    <w:rsid w:val="44AEE992"/>
    <w:rsid w:val="526CA641"/>
    <w:rsid w:val="54067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062061"/>
  <w14:defaultImageDpi w14:val="300"/>
  <w15:docId w15:val="{C4CD16DB-44DA-4F69-87B2-E864C4F28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FC693F"/>
    <w:rPr>
      <w:rFonts w:ascii="Aptos" w:hAnsi="Aptos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Cs w:val="20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styleId="Nagwek1Znak" w:customStyle="1">
    <w:name w:val="Nagłówek 1 Znak"/>
    <w:basedOn w:val="Domylnaczcionkaakapitu"/>
    <w:link w:val="Nagwek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Nagwek2Znak" w:customStyle="1">
    <w:name w:val="Nagłówek 2 Znak"/>
    <w:basedOn w:val="Domylnaczcionkaakapitu"/>
    <w:link w:val="Nagwek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Nagwek3Znak" w:customStyle="1">
    <w:name w:val="Nagłówek 3 Znak"/>
    <w:basedOn w:val="Domylnaczcionkaakapitu"/>
    <w:link w:val="Nagwek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ytuZnak" w:customStyle="1">
    <w:name w:val="Tytuł Znak"/>
    <w:basedOn w:val="Domylnaczcionkaakapitu"/>
    <w:link w:val="Tytu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PodtytuZnak" w:customStyle="1">
    <w:name w:val="Podtytuł Znak"/>
    <w:basedOn w:val="Domylnaczcionkaakapitu"/>
    <w:link w:val="Podtytu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styleId="TekstpodstawowyZnak" w:customStyle="1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styleId="Tekstpodstawowy2Znak" w:customStyle="1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styleId="Tekstpodstawowy3Znak" w:customStyle="1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6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7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8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10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11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12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kstmakraZnak" w:customStyle="1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styleId="CytatZnak" w:customStyle="1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styleId="Nagwek4Znak" w:customStyle="1">
    <w:name w:val="Nagłówek 4 Znak"/>
    <w:basedOn w:val="Domylnaczcionkaakapitu"/>
    <w:link w:val="Nagwek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Nagwek5Znak" w:customStyle="1">
    <w:name w:val="Nagłówek 5 Znak"/>
    <w:basedOn w:val="Domylnaczcionkaakapitu"/>
    <w:link w:val="Nagwek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Nagwek6Znak" w:customStyle="1">
    <w:name w:val="Nagłówek 6 Znak"/>
    <w:basedOn w:val="Domylnaczcionkaakapitu"/>
    <w:link w:val="Nagwek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Nagwek7Znak" w:customStyle="1">
    <w:name w:val="Nagłówek 7 Znak"/>
    <w:basedOn w:val="Domylnaczcionkaakapitu"/>
    <w:link w:val="Nagwek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Nagwek8Znak" w:customStyle="1">
    <w:name w:val="Nagłówek 8 Znak"/>
    <w:basedOn w:val="Domylnaczcionkaakapitu"/>
    <w:link w:val="Nagwek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Nagwek9Znak" w:customStyle="1">
    <w:name w:val="Nagłówek 9 Znak"/>
    <w:basedOn w:val="Domylnaczcionkaakapitu"/>
    <w:link w:val="Nagwek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rPr>
      <w:rFonts w:ascii="Aptos" w:hAnsi="Apto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F47B3"/>
    <w:rPr>
      <w:b/>
      <w:bCs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rsid w:val="007F47B3"/>
    <w:rPr>
      <w:rFonts w:ascii="Aptos" w:hAnsi="Aptos"/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9F6E1B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F6E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Aleksandra Szajnar | StARR</lastModifiedBy>
  <revision>106</revision>
  <lastPrinted>2026-09-25T09:38:00.0000000Z</lastPrinted>
  <dcterms:created xsi:type="dcterms:W3CDTF">2013-12-23T23:15:00.0000000Z</dcterms:created>
  <dcterms:modified xsi:type="dcterms:W3CDTF">2026-10-06T09:13:53.0103899Z</dcterms:modified>
  <category/>
</coreProperties>
</file>